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״כסף קל״ שעולה ביוקר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סביבה וצרכנות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כמה כסף הפסיד אורי? · </w:t>
      </w:r>
      <w:r>
        <w:rPr>
          <w:rFonts w:ascii="Arial" w:hAnsi="Arial" w:cs="Arial"/>
          <w:b w:val="0"/>
          <w:sz w:val="22"/>
          <w:rtl w:val="1"/>
          <w:szCs w:val="22"/>
        </w:rPr>
        <w:t>200 שקלים.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קורה לערך של מטבע דיגיטלי? · </w:t>
      </w:r>
      <w:r>
        <w:rPr>
          <w:rFonts w:ascii="Arial" w:hAnsi="Arial" w:cs="Arial"/>
          <w:b w:val="0"/>
          <w:sz w:val="22"/>
          <w:rtl w:val="1"/>
          <w:szCs w:val="22"/>
        </w:rPr>
        <w:t>עולה ויורד מהר.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דומות תיבות ההפתעה? · </w:t>
      </w:r>
      <w:r>
        <w:rPr>
          <w:rFonts w:ascii="Arial" w:hAnsi="Arial" w:cs="Arial"/>
          <w:b w:val="0"/>
          <w:sz w:val="22"/>
          <w:rtl w:val="1"/>
          <w:szCs w:val="22"/>
        </w:rPr>
        <w:t>למכונת מזל.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כמה כסף העביר אורי, ומאיפה? · </w:t>
      </w:r>
      <w:r>
        <w:rPr>
          <w:rFonts w:ascii="Arial" w:hAnsi="Arial" w:cs="Arial"/>
          <w:b w:val="0"/>
          <w:sz w:val="22"/>
          <w:rtl w:val="1"/>
          <w:szCs w:val="22"/>
        </w:rPr>
        <w:t>א. מאתיים שקלים מחיסכון בר המצווה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אומרת ליאת על מי שמבטיח רווח בטוח ומהיר? · </w:t>
      </w:r>
      <w:r>
        <w:rPr>
          <w:rFonts w:ascii="Arial" w:hAnsi="Arial" w:cs="Arial"/>
          <w:b w:val="0"/>
          <w:sz w:val="22"/>
          <w:rtl w:val="1"/>
          <w:szCs w:val="22"/>
        </w:rPr>
        <w:t>ב. שכמעט תמיד זו עקיצה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סימן אזהרה אחד: · </w:t>
      </w:r>
      <w:r>
        <w:rPr>
          <w:rFonts w:ascii="Arial" w:hAnsi="Arial" w:cs="Arial"/>
          <w:b w:val="0"/>
          <w:sz w:val="22"/>
          <w:rtl w:val="1"/>
          <w:szCs w:val="22"/>
        </w:rPr>
        <w:t>הבטחה לרווח בטוח / לחץ / סוד מההורים.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עושים אם הפסדתם? · </w:t>
      </w:r>
      <w:r>
        <w:rPr>
          <w:rFonts w:ascii="Arial" w:hAnsi="Arial" w:cs="Arial"/>
          <w:b w:val="0"/>
          <w:sz w:val="22"/>
          <w:rtl w:val="1"/>
          <w:szCs w:val="22"/>
        </w:rPr>
        <w:t>מספרים למבוגר.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🎰 ״כסף קל״ שעולה ביוקר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🎰 ״כסף קל״ שעולה ביוקר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אורי ראה סרטון: ״תרוויחו הרבה כסף מהר!״ הוא שם 200 שקלים במטבע דיגיטלי. אחרי שבועיים הכסף נעלם.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מטבע דיגיטלי הוא כסף וירטואלי. הערך שלו עולה ויורד מהר. זה מסוכן. מי שמבטיח רווח מהיר – כנראה רמאי.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במשחקים יש ״תיבות הפתעה״ שקונים בכסף אמיתי. זה דומה להימורים.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סימני אזהרה: הבטחה לרווח בטוח, לחץ להחליט עכשיו, בקשה לשמור סוד מההורים.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אם הפסדתם – מספרים למבוגר. אין קיצורי דרך: עובדים, חוסכים ומתכננים.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וירטואלי – שקיים במחשב או ברשת, לא בעולם הפיזי · סיכון – אפשרות להפסיד או להיפגע · עקיצה – תרמית שבה גונבים כסף בעורמה · פיננסי – שקשור לכסף · מכונת מזל – מכונת הימורים שבה הזכייה במקרה · הונאה – רמאות, תרמית · קיצור דרך – דרך מהירה יותר להגיע למטרה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שקלים     מהר     מכונת מזל     סוד     לספר     לחסוך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כסף הפסיד אורי?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לערך של מטבע דיגיטלי?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דומות תיבות ההפתעה?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כסף העביר אורי, ומאיפה?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מאתיים שקלים מחיסכון בר המצווה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מאה שקלים מדמי כיס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אלף שקלים מעבודה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אומרת ליאת על מי שמבטיח רווח בטוח ומהיר?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שהוא מומחה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שכמעט תמיד זו עקיצה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שכדאי להקשיב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סימן אזהרה אחד: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אם הפסדתם?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״״כסף קל״ שעולה ביוקר״?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״כסף קל״ שעולה ביוקר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״כסף קל״ שעולה ביוקר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